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23403" w14:textId="713F6339" w:rsidR="006D78B1" w:rsidRPr="00E8140F" w:rsidRDefault="00E36583">
      <w:pPr>
        <w:jc w:val="center"/>
        <w:rPr>
          <w:rFonts w:ascii="Arial" w:hAnsi="Arial" w:cs="Arial"/>
        </w:rPr>
      </w:pPr>
      <w:r w:rsidRPr="00E8140F">
        <w:rPr>
          <w:rFonts w:ascii="Arial" w:hAnsi="Arial" w:cs="Arial"/>
          <w:b/>
          <w:sz w:val="32"/>
        </w:rPr>
        <w:t>CMA Teacher Guidance for Teaching Lessons on Teams</w:t>
      </w:r>
    </w:p>
    <w:p w14:paraId="3E723FD7" w14:textId="256A07EE" w:rsidR="006D78B1" w:rsidRPr="00E8140F" w:rsidRDefault="00E36583">
      <w:pPr>
        <w:jc w:val="center"/>
        <w:rPr>
          <w:rFonts w:ascii="Arial" w:hAnsi="Arial" w:cs="Arial"/>
          <w:sz w:val="28"/>
          <w:szCs w:val="28"/>
        </w:rPr>
      </w:pPr>
      <w:r w:rsidRPr="00E8140F">
        <w:rPr>
          <w:rFonts w:ascii="Arial" w:hAnsi="Arial" w:cs="Arial"/>
          <w:b/>
          <w:bCs/>
          <w:color w:val="7030A0"/>
          <w:sz w:val="28"/>
          <w:szCs w:val="28"/>
        </w:rPr>
        <w:t>Croydon Music and Arts</w:t>
      </w:r>
      <w:r w:rsidRPr="00E8140F">
        <w:rPr>
          <w:rFonts w:ascii="Arial" w:hAnsi="Arial" w:cs="Arial"/>
          <w:b/>
          <w:bCs/>
          <w:color w:val="7030A0"/>
          <w:sz w:val="28"/>
          <w:szCs w:val="28"/>
        </w:rPr>
        <w:br/>
      </w:r>
      <w:r w:rsidRPr="00E8140F">
        <w:rPr>
          <w:rFonts w:ascii="Arial" w:hAnsi="Arial" w:cs="Arial"/>
          <w:sz w:val="28"/>
          <w:szCs w:val="28"/>
        </w:rPr>
        <w:t xml:space="preserve">Safeguarding Policy and Guidance for Teachers </w:t>
      </w:r>
    </w:p>
    <w:p w14:paraId="5AC26B09" w14:textId="77777777" w:rsidR="006A6F53" w:rsidRPr="00E8140F" w:rsidRDefault="006A6F53">
      <w:pPr>
        <w:jc w:val="center"/>
        <w:rPr>
          <w:rFonts w:ascii="Arial" w:hAnsi="Arial" w:cs="Arial"/>
          <w:sz w:val="28"/>
          <w:szCs w:val="28"/>
        </w:rPr>
      </w:pPr>
    </w:p>
    <w:tbl>
      <w:tblPr>
        <w:tblW w:w="0" w:type="auto"/>
        <w:tblCellSpacing w:w="15" w:type="dxa"/>
        <w:tblLook w:val="04A0" w:firstRow="1" w:lastRow="0" w:firstColumn="1" w:lastColumn="0" w:noHBand="0" w:noVBand="1"/>
      </w:tblPr>
      <w:tblGrid>
        <w:gridCol w:w="912"/>
        <w:gridCol w:w="947"/>
        <w:gridCol w:w="1557"/>
        <w:gridCol w:w="2352"/>
        <w:gridCol w:w="1475"/>
      </w:tblGrid>
      <w:tr w:rsidR="00E8140F" w:rsidRPr="00E8140F" w14:paraId="00887443" w14:textId="77777777" w:rsidTr="004E2ED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3265664F" w14:textId="77777777" w:rsidR="00E8140F" w:rsidRPr="00E8140F" w:rsidRDefault="00E8140F" w:rsidP="004E2EDF">
            <w:pPr>
              <w:rPr>
                <w:rFonts w:ascii="Arial" w:hAnsi="Arial" w:cs="Arial"/>
                <w:b/>
                <w:bCs/>
              </w:rPr>
            </w:pPr>
            <w:r w:rsidRPr="00E8140F">
              <w:rPr>
                <w:rFonts w:ascii="Arial" w:hAnsi="Arial" w:cs="Arial"/>
                <w:b/>
                <w:bCs/>
              </w:rPr>
              <w:t>Version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7712C641" w14:textId="77777777" w:rsidR="00E8140F" w:rsidRPr="00E8140F" w:rsidRDefault="00E8140F" w:rsidP="004E2EDF">
            <w:pPr>
              <w:rPr>
                <w:rFonts w:ascii="Arial" w:hAnsi="Arial" w:cs="Arial"/>
                <w:b/>
                <w:bCs/>
              </w:rPr>
            </w:pPr>
            <w:r w:rsidRPr="00E8140F">
              <w:rPr>
                <w:rFonts w:ascii="Arial" w:hAnsi="Arial" w:cs="Arial"/>
                <w:b/>
                <w:bCs/>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64C987C" w14:textId="77777777" w:rsidR="00E8140F" w:rsidRPr="00E8140F" w:rsidRDefault="00E8140F" w:rsidP="004E2EDF">
            <w:pPr>
              <w:rPr>
                <w:rFonts w:ascii="Arial" w:hAnsi="Arial" w:cs="Arial"/>
                <w:b/>
                <w:bCs/>
              </w:rPr>
            </w:pPr>
            <w:r w:rsidRPr="00E8140F">
              <w:rPr>
                <w:rFonts w:ascii="Arial" w:hAnsi="Arial" w:cs="Arial"/>
                <w:b/>
                <w:bCs/>
              </w:rPr>
              <w:t>Author/Owner</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6382A409" w14:textId="77777777" w:rsidR="00E8140F" w:rsidRPr="00E8140F" w:rsidRDefault="00E8140F" w:rsidP="004E2EDF">
            <w:pPr>
              <w:rPr>
                <w:rFonts w:ascii="Arial" w:hAnsi="Arial" w:cs="Arial"/>
                <w:b/>
                <w:bCs/>
              </w:rPr>
            </w:pPr>
            <w:r w:rsidRPr="00E8140F">
              <w:rPr>
                <w:rFonts w:ascii="Arial" w:hAnsi="Arial" w:cs="Arial"/>
                <w:b/>
                <w:bCs/>
              </w:rPr>
              <w:t>Summary of Changes</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5DBE90E" w14:textId="77777777" w:rsidR="00E8140F" w:rsidRPr="00E8140F" w:rsidRDefault="00E8140F" w:rsidP="004E2EDF">
            <w:pPr>
              <w:rPr>
                <w:rFonts w:ascii="Arial" w:hAnsi="Arial" w:cs="Arial"/>
                <w:b/>
                <w:bCs/>
              </w:rPr>
            </w:pPr>
            <w:r w:rsidRPr="00E8140F">
              <w:rPr>
                <w:rFonts w:ascii="Arial" w:hAnsi="Arial" w:cs="Arial"/>
                <w:b/>
                <w:bCs/>
              </w:rPr>
              <w:t>Approved By</w:t>
            </w:r>
          </w:p>
        </w:tc>
      </w:tr>
      <w:tr w:rsidR="00E8140F" w:rsidRPr="00E8140F" w14:paraId="5E69ABED" w14:textId="77777777" w:rsidTr="004E2EDF">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DE0EE55" w14:textId="77777777" w:rsidR="00E8140F" w:rsidRPr="00E8140F" w:rsidRDefault="00E8140F" w:rsidP="004E2EDF">
            <w:pPr>
              <w:rPr>
                <w:rFonts w:ascii="Arial" w:hAnsi="Arial" w:cs="Arial"/>
                <w:b/>
                <w:bCs/>
              </w:rPr>
            </w:pPr>
            <w:r w:rsidRPr="00E8140F">
              <w:rPr>
                <w:rFonts w:ascii="Arial" w:hAnsi="Arial" w:cs="Arial"/>
                <w:b/>
                <w:bCs/>
              </w:rPr>
              <w:t>1</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923EB01" w14:textId="309A7636" w:rsidR="00E8140F" w:rsidRPr="00E8140F" w:rsidRDefault="00E8140F" w:rsidP="004E2EDF">
            <w:pPr>
              <w:rPr>
                <w:rFonts w:ascii="Arial" w:hAnsi="Arial" w:cs="Arial"/>
              </w:rPr>
            </w:pPr>
            <w:r>
              <w:rPr>
                <w:rFonts w:ascii="Arial" w:hAnsi="Arial" w:cs="Arial"/>
              </w:rPr>
              <w:t>07/10</w:t>
            </w:r>
            <w:r w:rsidRPr="00E8140F">
              <w:rPr>
                <w:rFonts w:ascii="Arial" w:hAnsi="Arial" w:cs="Arial"/>
              </w:rPr>
              <w:t>/26</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1FB4637" w14:textId="09843A1E" w:rsidR="00E8140F" w:rsidRPr="00E8140F" w:rsidRDefault="00E8140F" w:rsidP="004E2EDF">
            <w:pPr>
              <w:rPr>
                <w:rFonts w:ascii="Arial" w:hAnsi="Arial" w:cs="Arial"/>
              </w:rPr>
            </w:pPr>
            <w:proofErr w:type="spellStart"/>
            <w:r>
              <w:rPr>
                <w:rFonts w:ascii="Arial" w:hAnsi="Arial" w:cs="Arial"/>
              </w:rPr>
              <w:t>JRegan</w:t>
            </w:r>
            <w:proofErr w:type="spellEnd"/>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FC17AB1" w14:textId="77777777" w:rsidR="00E8140F" w:rsidRPr="00E8140F" w:rsidRDefault="00E8140F" w:rsidP="004E2EDF">
            <w:pPr>
              <w:rPr>
                <w:rFonts w:ascii="Arial" w:hAnsi="Arial" w:cs="Arial"/>
              </w:rPr>
            </w:pPr>
            <w:r w:rsidRPr="00E8140F">
              <w:rPr>
                <w:rFonts w:ascii="Arial" w:hAnsi="Arial" w:cs="Arial"/>
              </w:rPr>
              <w:t>New policy</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C8CBE35" w14:textId="77777777" w:rsidR="00E8140F" w:rsidRPr="00E8140F" w:rsidRDefault="00E8140F" w:rsidP="004E2EDF">
            <w:pPr>
              <w:rPr>
                <w:rFonts w:ascii="Arial" w:hAnsi="Arial" w:cs="Arial"/>
              </w:rPr>
            </w:pPr>
          </w:p>
        </w:tc>
      </w:tr>
      <w:tr w:rsidR="00E8140F" w:rsidRPr="00E8140F" w14:paraId="275286DA" w14:textId="77777777" w:rsidTr="004E2EDF">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6F5978A" w14:textId="77777777" w:rsidR="00E8140F" w:rsidRPr="00E8140F" w:rsidRDefault="00E8140F" w:rsidP="004E2EDF">
            <w:pPr>
              <w:rPr>
                <w:rFonts w:ascii="Arial" w:hAnsi="Arial" w:cs="Arial"/>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6C346F2" w14:textId="77777777" w:rsidR="00E8140F" w:rsidRPr="00E8140F" w:rsidRDefault="00E8140F" w:rsidP="004E2EDF">
            <w:pPr>
              <w:rPr>
                <w:rFonts w:ascii="Arial" w:hAnsi="Arial" w:cs="Arial"/>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C85AC7F" w14:textId="77777777" w:rsidR="00E8140F" w:rsidRPr="00E8140F" w:rsidRDefault="00E8140F" w:rsidP="004E2EDF">
            <w:pPr>
              <w:rPr>
                <w:rFonts w:ascii="Arial" w:hAnsi="Arial" w:cs="Arial"/>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F376445" w14:textId="77777777" w:rsidR="00E8140F" w:rsidRPr="00E8140F" w:rsidRDefault="00E8140F" w:rsidP="004E2EDF">
            <w:pPr>
              <w:rPr>
                <w:rFonts w:ascii="Arial" w:hAnsi="Arial" w:cs="Arial"/>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B0E86B4" w14:textId="77777777" w:rsidR="00E8140F" w:rsidRPr="00E8140F" w:rsidRDefault="00E8140F" w:rsidP="004E2EDF">
            <w:pPr>
              <w:rPr>
                <w:rFonts w:ascii="Arial" w:hAnsi="Arial" w:cs="Arial"/>
              </w:rPr>
            </w:pPr>
          </w:p>
        </w:tc>
      </w:tr>
      <w:tr w:rsidR="00E8140F" w:rsidRPr="00E8140F" w14:paraId="41AFD24C" w14:textId="77777777" w:rsidTr="004E2EDF">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40C1C8F" w14:textId="77777777" w:rsidR="00E8140F" w:rsidRPr="00E8140F" w:rsidRDefault="00E8140F" w:rsidP="004E2EDF">
            <w:pPr>
              <w:rPr>
                <w:rFonts w:ascii="Arial" w:hAnsi="Arial" w:cs="Arial"/>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FB058BC" w14:textId="77777777" w:rsidR="00E8140F" w:rsidRPr="00E8140F" w:rsidRDefault="00E8140F" w:rsidP="004E2EDF">
            <w:pPr>
              <w:rPr>
                <w:rFonts w:ascii="Arial" w:hAnsi="Arial" w:cs="Arial"/>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B492CBE" w14:textId="77777777" w:rsidR="00E8140F" w:rsidRPr="00E8140F" w:rsidRDefault="00E8140F" w:rsidP="004E2EDF">
            <w:pPr>
              <w:rPr>
                <w:rFonts w:ascii="Arial" w:hAnsi="Arial" w:cs="Arial"/>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1464606" w14:textId="77777777" w:rsidR="00E8140F" w:rsidRPr="00E8140F" w:rsidRDefault="00E8140F" w:rsidP="004E2EDF">
            <w:pPr>
              <w:rPr>
                <w:rFonts w:ascii="Arial" w:hAnsi="Arial" w:cs="Arial"/>
              </w:rPr>
            </w:pP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FF91537" w14:textId="77777777" w:rsidR="00E8140F" w:rsidRPr="00E8140F" w:rsidRDefault="00E8140F" w:rsidP="004E2EDF">
            <w:pPr>
              <w:rPr>
                <w:rFonts w:ascii="Arial" w:hAnsi="Arial" w:cs="Arial"/>
              </w:rPr>
            </w:pPr>
          </w:p>
        </w:tc>
      </w:tr>
    </w:tbl>
    <w:p w14:paraId="2D143AF7" w14:textId="77777777" w:rsidR="006A6F53" w:rsidRPr="00E8140F" w:rsidRDefault="006A6F53">
      <w:pPr>
        <w:jc w:val="center"/>
        <w:rPr>
          <w:rFonts w:ascii="Arial" w:hAnsi="Arial" w:cs="Arial"/>
          <w:sz w:val="28"/>
          <w:szCs w:val="28"/>
        </w:rPr>
      </w:pPr>
    </w:p>
    <w:p w14:paraId="4007F266" w14:textId="61BEC81B" w:rsidR="006D78B1" w:rsidRPr="00E8140F" w:rsidRDefault="00E36583">
      <w:pPr>
        <w:pStyle w:val="Heading1"/>
        <w:rPr>
          <w:rFonts w:ascii="Arial" w:hAnsi="Arial" w:cs="Arial"/>
        </w:rPr>
      </w:pPr>
      <w:r w:rsidRPr="00E8140F">
        <w:rPr>
          <w:rFonts w:ascii="Arial" w:hAnsi="Arial" w:cs="Arial"/>
        </w:rPr>
        <w:t>Safeguarding Requirements</w:t>
      </w:r>
    </w:p>
    <w:p w14:paraId="0BEAFDFD" w14:textId="4D01BEB2" w:rsidR="006D78B1" w:rsidRPr="00E8140F" w:rsidRDefault="00E36583">
      <w:pPr>
        <w:pStyle w:val="ListBullet"/>
        <w:rPr>
          <w:rFonts w:ascii="Arial" w:hAnsi="Arial" w:cs="Arial"/>
          <w:sz w:val="25"/>
          <w:szCs w:val="25"/>
        </w:rPr>
      </w:pPr>
      <w:r w:rsidRPr="00E8140F">
        <w:rPr>
          <w:rFonts w:ascii="Arial" w:hAnsi="Arial" w:cs="Arial"/>
          <w:sz w:val="25"/>
          <w:szCs w:val="25"/>
        </w:rPr>
        <w:t>Teachers may only use their Croydon Council Microsoft Teams account to deliver online lessons. Personal accounts or alternative video platforms must not be used.</w:t>
      </w:r>
    </w:p>
    <w:p w14:paraId="511E7899" w14:textId="206298B7" w:rsidR="006D78B1" w:rsidRPr="00E8140F" w:rsidRDefault="00E36583">
      <w:pPr>
        <w:pStyle w:val="ListBullet"/>
        <w:rPr>
          <w:rFonts w:ascii="Arial" w:hAnsi="Arial" w:cs="Arial"/>
          <w:sz w:val="25"/>
          <w:szCs w:val="25"/>
        </w:rPr>
      </w:pPr>
      <w:r w:rsidRPr="00E8140F">
        <w:rPr>
          <w:rFonts w:ascii="Arial" w:hAnsi="Arial" w:cs="Arial"/>
          <w:sz w:val="25"/>
          <w:szCs w:val="25"/>
        </w:rPr>
        <w:t>A parent or carer must provide consent before online lessons commence. Where a Teams invitation is sent directly to a parent/carer and they facilitate the pupil attendance, this will be treated as implied consent.</w:t>
      </w:r>
    </w:p>
    <w:p w14:paraId="19056D6F" w14:textId="30DC4457" w:rsidR="006D78B1" w:rsidRPr="00E8140F" w:rsidRDefault="00E36583">
      <w:pPr>
        <w:pStyle w:val="ListBullet"/>
        <w:rPr>
          <w:rFonts w:ascii="Arial" w:hAnsi="Arial" w:cs="Arial"/>
          <w:sz w:val="25"/>
          <w:szCs w:val="25"/>
        </w:rPr>
      </w:pPr>
      <w:r w:rsidRPr="00E8140F">
        <w:rPr>
          <w:rFonts w:ascii="Arial" w:hAnsi="Arial" w:cs="Arial"/>
          <w:sz w:val="25"/>
          <w:szCs w:val="25"/>
        </w:rPr>
        <w:t>Include your line manager (or nominated manager) as an attendee on all online lesson invitations.</w:t>
      </w:r>
    </w:p>
    <w:p w14:paraId="00440BBA" w14:textId="57C5F3A4" w:rsidR="006D78B1" w:rsidRPr="00E8140F" w:rsidRDefault="00E36583">
      <w:pPr>
        <w:pStyle w:val="ListBullet"/>
        <w:rPr>
          <w:rFonts w:ascii="Arial" w:hAnsi="Arial" w:cs="Arial"/>
          <w:sz w:val="25"/>
          <w:szCs w:val="25"/>
        </w:rPr>
      </w:pPr>
      <w:r w:rsidRPr="00E8140F">
        <w:rPr>
          <w:rFonts w:ascii="Arial" w:hAnsi="Arial" w:cs="Arial"/>
          <w:sz w:val="25"/>
          <w:szCs w:val="25"/>
        </w:rPr>
        <w:t>All one-to-one online lessons must be recorded using Teams recording functionality.</w:t>
      </w:r>
    </w:p>
    <w:p w14:paraId="4D828E39" w14:textId="34F6F007" w:rsidR="006D78B1" w:rsidRPr="00E8140F" w:rsidRDefault="00E36583">
      <w:pPr>
        <w:pStyle w:val="ListBullet"/>
        <w:rPr>
          <w:rFonts w:ascii="Arial" w:hAnsi="Arial" w:cs="Arial"/>
          <w:sz w:val="25"/>
          <w:szCs w:val="25"/>
        </w:rPr>
      </w:pPr>
      <w:r w:rsidRPr="00E8140F">
        <w:rPr>
          <w:rFonts w:ascii="Arial" w:hAnsi="Arial" w:cs="Arial"/>
          <w:sz w:val="25"/>
          <w:szCs w:val="25"/>
        </w:rPr>
        <w:t>Usual CMA procedures relating to arrangement, attendance and cancellation of lessons continue to apply.</w:t>
      </w:r>
    </w:p>
    <w:p w14:paraId="24970EA1" w14:textId="58F12635" w:rsidR="006D78B1" w:rsidRPr="00E8140F" w:rsidRDefault="00E36583">
      <w:pPr>
        <w:pStyle w:val="ListBullet"/>
        <w:rPr>
          <w:rFonts w:ascii="Arial" w:hAnsi="Arial" w:cs="Arial"/>
          <w:sz w:val="25"/>
          <w:szCs w:val="25"/>
        </w:rPr>
      </w:pPr>
      <w:r w:rsidRPr="00E8140F">
        <w:rPr>
          <w:rFonts w:ascii="Arial" w:hAnsi="Arial" w:cs="Arial"/>
          <w:sz w:val="25"/>
          <w:szCs w:val="25"/>
        </w:rPr>
        <w:t>Teachers and students should dress appropriately for lessons.</w:t>
      </w:r>
    </w:p>
    <w:p w14:paraId="52190A42" w14:textId="2C671EC9" w:rsidR="006D78B1" w:rsidRPr="00E8140F" w:rsidRDefault="00E36583">
      <w:pPr>
        <w:pStyle w:val="ListBullet"/>
        <w:rPr>
          <w:rFonts w:ascii="Arial" w:hAnsi="Arial" w:cs="Arial"/>
          <w:sz w:val="25"/>
          <w:szCs w:val="25"/>
        </w:rPr>
      </w:pPr>
      <w:r w:rsidRPr="00E8140F">
        <w:rPr>
          <w:rFonts w:ascii="Arial" w:hAnsi="Arial" w:cs="Arial"/>
          <w:sz w:val="25"/>
          <w:szCs w:val="25"/>
        </w:rPr>
        <w:t>Ensure that your background is appropriate.</w:t>
      </w:r>
    </w:p>
    <w:p w14:paraId="25AB62AA" w14:textId="6E832ABF" w:rsidR="006D78B1" w:rsidRPr="00E8140F" w:rsidRDefault="00E36583">
      <w:pPr>
        <w:pStyle w:val="ListBullet"/>
        <w:rPr>
          <w:rFonts w:ascii="Arial" w:hAnsi="Arial" w:cs="Arial"/>
          <w:sz w:val="25"/>
          <w:szCs w:val="25"/>
        </w:rPr>
      </w:pPr>
      <w:r w:rsidRPr="00E8140F">
        <w:rPr>
          <w:rFonts w:ascii="Arial" w:hAnsi="Arial" w:cs="Arial"/>
          <w:sz w:val="25"/>
          <w:szCs w:val="25"/>
        </w:rPr>
        <w:t>Do not share content on screen</w:t>
      </w:r>
      <w:r w:rsidR="002B7B4D" w:rsidRPr="00E8140F">
        <w:rPr>
          <w:rFonts w:ascii="Arial" w:hAnsi="Arial" w:cs="Arial"/>
          <w:sz w:val="25"/>
          <w:szCs w:val="25"/>
        </w:rPr>
        <w:t xml:space="preserve"> unless you have </w:t>
      </w:r>
      <w:r w:rsidR="00917840" w:rsidRPr="00E8140F">
        <w:rPr>
          <w:rFonts w:ascii="Arial" w:hAnsi="Arial" w:cs="Arial"/>
          <w:sz w:val="25"/>
          <w:szCs w:val="25"/>
        </w:rPr>
        <w:t>personally checked it is appropriate for the pupils you are teaching</w:t>
      </w:r>
      <w:r w:rsidR="008F06D4" w:rsidRPr="00E8140F">
        <w:rPr>
          <w:rFonts w:ascii="Arial" w:hAnsi="Arial" w:cs="Arial"/>
          <w:sz w:val="25"/>
          <w:szCs w:val="25"/>
        </w:rPr>
        <w:t>.</w:t>
      </w:r>
      <w:r w:rsidR="007F105F" w:rsidRPr="00E8140F">
        <w:rPr>
          <w:rFonts w:ascii="Arial" w:hAnsi="Arial" w:cs="Arial"/>
          <w:sz w:val="25"/>
          <w:szCs w:val="25"/>
        </w:rPr>
        <w:t xml:space="preserve"> This includes checking for audio with explicit language. </w:t>
      </w:r>
    </w:p>
    <w:p w14:paraId="3AF4E1AF" w14:textId="21F17E8D" w:rsidR="006D78B1" w:rsidRPr="00E8140F" w:rsidRDefault="00E36583">
      <w:pPr>
        <w:pStyle w:val="ListBullet"/>
        <w:rPr>
          <w:rFonts w:ascii="Arial" w:hAnsi="Arial" w:cs="Arial"/>
          <w:sz w:val="25"/>
          <w:szCs w:val="25"/>
        </w:rPr>
      </w:pPr>
      <w:r w:rsidRPr="00E8140F">
        <w:rPr>
          <w:rFonts w:ascii="Arial" w:hAnsi="Arial" w:cs="Arial"/>
          <w:sz w:val="25"/>
          <w:szCs w:val="25"/>
        </w:rPr>
        <w:t>Any safeguarding concern, disclosure, welfare concern or inappropriate online behaviour must be reported immediately.</w:t>
      </w:r>
    </w:p>
    <w:p w14:paraId="5F82CCD1" w14:textId="12220EBC" w:rsidR="006D78B1" w:rsidRPr="00E8140F" w:rsidRDefault="00E36583">
      <w:pPr>
        <w:pStyle w:val="ListBullet"/>
        <w:rPr>
          <w:rFonts w:ascii="Arial" w:hAnsi="Arial" w:cs="Arial"/>
          <w:sz w:val="25"/>
          <w:szCs w:val="25"/>
        </w:rPr>
      </w:pPr>
      <w:r w:rsidRPr="00E8140F">
        <w:rPr>
          <w:rFonts w:ascii="Arial" w:hAnsi="Arial" w:cs="Arial"/>
          <w:sz w:val="25"/>
          <w:szCs w:val="25"/>
        </w:rPr>
        <w:t>Teams lesson recordings will be retained for six months and staff must not download recordings to personal devices.</w:t>
      </w:r>
    </w:p>
    <w:p w14:paraId="37F84A63" w14:textId="77777777" w:rsidR="006D78B1" w:rsidRPr="00E8140F" w:rsidRDefault="00E36583">
      <w:pPr>
        <w:pStyle w:val="ListBullet"/>
        <w:rPr>
          <w:rFonts w:ascii="Arial" w:hAnsi="Arial" w:cs="Arial"/>
          <w:sz w:val="25"/>
          <w:szCs w:val="25"/>
        </w:rPr>
      </w:pPr>
      <w:r w:rsidRPr="00E8140F">
        <w:rPr>
          <w:rFonts w:ascii="Arial" w:hAnsi="Arial" w:cs="Arial"/>
          <w:sz w:val="25"/>
          <w:szCs w:val="25"/>
        </w:rPr>
        <w:t>Ensure you end the meeting for all participants at the conclusion of the lesson.</w:t>
      </w:r>
    </w:p>
    <w:p w14:paraId="4B4A9759" w14:textId="77777777" w:rsidR="006D78B1" w:rsidRPr="00E8140F" w:rsidRDefault="00E36583">
      <w:pPr>
        <w:pStyle w:val="ListBullet"/>
        <w:rPr>
          <w:rFonts w:ascii="Arial" w:hAnsi="Arial" w:cs="Arial"/>
          <w:sz w:val="25"/>
          <w:szCs w:val="25"/>
        </w:rPr>
      </w:pPr>
      <w:r w:rsidRPr="00E8140F">
        <w:rPr>
          <w:rFonts w:ascii="Arial" w:hAnsi="Arial" w:cs="Arial"/>
          <w:sz w:val="25"/>
          <w:szCs w:val="25"/>
        </w:rPr>
        <w:lastRenderedPageBreak/>
        <w:t>For primary-aged pupils or pupils requiring additional support, parents/carers should remain nearby.</w:t>
      </w:r>
    </w:p>
    <w:p w14:paraId="0C81D3C4" w14:textId="7775C37E" w:rsidR="001508A9" w:rsidRPr="00E8140F" w:rsidRDefault="00E36583" w:rsidP="007F105F">
      <w:pPr>
        <w:pStyle w:val="ListBullet"/>
        <w:rPr>
          <w:rFonts w:ascii="Arial" w:hAnsi="Arial" w:cs="Arial"/>
          <w:sz w:val="25"/>
          <w:szCs w:val="25"/>
        </w:rPr>
      </w:pPr>
      <w:r w:rsidRPr="00E8140F">
        <w:rPr>
          <w:rFonts w:ascii="Arial" w:hAnsi="Arial" w:cs="Arial"/>
          <w:sz w:val="25"/>
          <w:szCs w:val="25"/>
        </w:rPr>
        <w:t>Staff must maintain the same professional standards and boundaries as face-to-face teaching.</w:t>
      </w:r>
    </w:p>
    <w:p w14:paraId="3012B987" w14:textId="6FBEF9CB" w:rsidR="006D78B1" w:rsidRPr="00E8140F" w:rsidRDefault="00E36583">
      <w:pPr>
        <w:pStyle w:val="Heading1"/>
        <w:rPr>
          <w:rFonts w:ascii="Arial" w:hAnsi="Arial" w:cs="Arial"/>
        </w:rPr>
      </w:pPr>
      <w:r w:rsidRPr="00E8140F">
        <w:rPr>
          <w:rFonts w:ascii="Arial" w:hAnsi="Arial" w:cs="Arial"/>
        </w:rPr>
        <w:t>Good Practice</w:t>
      </w:r>
    </w:p>
    <w:p w14:paraId="561557EB" w14:textId="77777777" w:rsidR="00C43CEE" w:rsidRPr="00E8140F" w:rsidRDefault="00C43CEE">
      <w:pPr>
        <w:pStyle w:val="ListBullet"/>
        <w:rPr>
          <w:rFonts w:ascii="Arial" w:hAnsi="Arial" w:cs="Arial"/>
          <w:sz w:val="25"/>
          <w:szCs w:val="25"/>
        </w:rPr>
      </w:pPr>
      <w:r w:rsidRPr="00E8140F">
        <w:rPr>
          <w:rFonts w:ascii="Arial" w:hAnsi="Arial" w:cs="Arial"/>
          <w:sz w:val="25"/>
          <w:szCs w:val="25"/>
        </w:rPr>
        <w:t>Sound background: Teams will pick up conversations in the background. Ensure there are no personal or inappropriate conversations in the background for your lessons.</w:t>
      </w:r>
    </w:p>
    <w:p w14:paraId="709B5570" w14:textId="77777777" w:rsidR="00C43CEE" w:rsidRPr="00E8140F" w:rsidRDefault="00C43CEE">
      <w:pPr>
        <w:pStyle w:val="ListBullet"/>
        <w:rPr>
          <w:rFonts w:ascii="Arial" w:hAnsi="Arial" w:cs="Arial"/>
          <w:sz w:val="25"/>
          <w:szCs w:val="25"/>
        </w:rPr>
      </w:pPr>
      <w:r w:rsidRPr="00E8140F">
        <w:rPr>
          <w:rFonts w:ascii="Arial" w:hAnsi="Arial" w:cs="Arial"/>
          <w:sz w:val="25"/>
          <w:szCs w:val="25"/>
        </w:rPr>
        <w:t>Visual background: students will be interested in your background. Ensure all items in view are suitable for public broadcast.</w:t>
      </w:r>
    </w:p>
    <w:p w14:paraId="290164E7" w14:textId="6B41F409" w:rsidR="00C43CEE" w:rsidRPr="00E8140F" w:rsidRDefault="00C43CEE">
      <w:pPr>
        <w:pStyle w:val="ListBullet"/>
        <w:rPr>
          <w:rFonts w:ascii="Arial" w:hAnsi="Arial" w:cs="Arial"/>
          <w:sz w:val="25"/>
          <w:szCs w:val="25"/>
        </w:rPr>
      </w:pPr>
      <w:r w:rsidRPr="00E8140F">
        <w:rPr>
          <w:rFonts w:ascii="Arial" w:hAnsi="Arial" w:cs="Arial"/>
          <w:sz w:val="25"/>
          <w:szCs w:val="25"/>
        </w:rPr>
        <w:t xml:space="preserve">Teams sound settings must be set up correctly for a music lesson. </w:t>
      </w:r>
      <w:r w:rsidR="001508A9" w:rsidRPr="00E8140F">
        <w:rPr>
          <w:rFonts w:ascii="Arial" w:hAnsi="Arial" w:cs="Arial"/>
          <w:sz w:val="25"/>
          <w:szCs w:val="25"/>
        </w:rPr>
        <w:t>The t</w:t>
      </w:r>
      <w:r w:rsidR="00E36583" w:rsidRPr="00E8140F">
        <w:rPr>
          <w:rFonts w:ascii="Arial" w:hAnsi="Arial" w:cs="Arial"/>
          <w:sz w:val="25"/>
          <w:szCs w:val="25"/>
        </w:rPr>
        <w:t xml:space="preserve">eacher and student should switch off noise </w:t>
      </w:r>
      <w:r w:rsidR="00E8140F" w:rsidRPr="00E8140F">
        <w:rPr>
          <w:rFonts w:ascii="Arial" w:hAnsi="Arial" w:cs="Arial"/>
          <w:sz w:val="25"/>
          <w:szCs w:val="25"/>
        </w:rPr>
        <w:t>suppression and</w:t>
      </w:r>
      <w:r w:rsidR="001508A9" w:rsidRPr="00E8140F">
        <w:rPr>
          <w:rFonts w:ascii="Arial" w:hAnsi="Arial" w:cs="Arial"/>
          <w:sz w:val="25"/>
          <w:szCs w:val="25"/>
        </w:rPr>
        <w:t xml:space="preserve"> switch on ‘High fidelity music mode.’ </w:t>
      </w:r>
    </w:p>
    <w:p w14:paraId="2FC75CC9" w14:textId="4A45CDB9" w:rsidR="006D78B1" w:rsidRPr="00E8140F" w:rsidRDefault="00472146" w:rsidP="00C43CEE">
      <w:pPr>
        <w:pStyle w:val="ListBullet"/>
        <w:rPr>
          <w:rFonts w:ascii="Arial" w:hAnsi="Arial" w:cs="Arial"/>
          <w:sz w:val="25"/>
          <w:szCs w:val="25"/>
        </w:rPr>
      </w:pPr>
      <w:r w:rsidRPr="00E8140F">
        <w:rPr>
          <w:rFonts w:ascii="Arial" w:hAnsi="Arial" w:cs="Arial"/>
          <w:noProof/>
          <w:sz w:val="25"/>
          <w:szCs w:val="25"/>
        </w:rPr>
        <mc:AlternateContent>
          <mc:Choice Requires="wpg">
            <w:drawing>
              <wp:anchor distT="0" distB="0" distL="114300" distR="114300" simplePos="0" relativeHeight="251677696" behindDoc="0" locked="0" layoutInCell="1" allowOverlap="1" wp14:anchorId="72F21E53" wp14:editId="454EFEF3">
                <wp:simplePos x="0" y="0"/>
                <wp:positionH relativeFrom="column">
                  <wp:posOffset>303663</wp:posOffset>
                </wp:positionH>
                <wp:positionV relativeFrom="paragraph">
                  <wp:posOffset>1710358</wp:posOffset>
                </wp:positionV>
                <wp:extent cx="2567324" cy="4653915"/>
                <wp:effectExtent l="0" t="0" r="80645" b="0"/>
                <wp:wrapNone/>
                <wp:docPr id="1476938010" name="Group 5"/>
                <wp:cNvGraphicFramePr/>
                <a:graphic xmlns:a="http://schemas.openxmlformats.org/drawingml/2006/main">
                  <a:graphicData uri="http://schemas.microsoft.com/office/word/2010/wordprocessingGroup">
                    <wpg:wgp>
                      <wpg:cNvGrpSpPr/>
                      <wpg:grpSpPr>
                        <a:xfrm>
                          <a:off x="0" y="0"/>
                          <a:ext cx="2567324" cy="4653915"/>
                          <a:chOff x="0" y="0"/>
                          <a:chExt cx="2567324" cy="4653915"/>
                        </a:xfrm>
                      </wpg:grpSpPr>
                      <pic:pic xmlns:pic="http://schemas.openxmlformats.org/drawingml/2006/picture">
                        <pic:nvPicPr>
                          <pic:cNvPr id="1897799573" name="Picture 1"/>
                          <pic:cNvPicPr>
                            <a:picLocks noChangeAspect="1"/>
                          </pic:cNvPicPr>
                        </pic:nvPicPr>
                        <pic:blipFill>
                          <a:blip r:embed="rId10"/>
                          <a:stretch>
                            <a:fillRect/>
                          </a:stretch>
                        </pic:blipFill>
                        <pic:spPr>
                          <a:xfrm>
                            <a:off x="0" y="0"/>
                            <a:ext cx="2313305" cy="4653915"/>
                          </a:xfrm>
                          <a:prstGeom prst="rect">
                            <a:avLst/>
                          </a:prstGeom>
                        </pic:spPr>
                      </pic:pic>
                      <wps:wsp>
                        <wps:cNvPr id="575167536" name="Oval 1"/>
                        <wps:cNvSpPr/>
                        <wps:spPr>
                          <a:xfrm>
                            <a:off x="1503812" y="32698"/>
                            <a:ext cx="995273" cy="621102"/>
                          </a:xfrm>
                          <a:prstGeom prst="ellipse">
                            <a:avLst/>
                          </a:prstGeom>
                          <a:noFill/>
                          <a:ln>
                            <a:solidFill>
                              <a:srgbClr val="EE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2919428" name="Oval 1"/>
                        <wps:cNvSpPr/>
                        <wps:spPr>
                          <a:xfrm>
                            <a:off x="1572051" y="3581116"/>
                            <a:ext cx="995273" cy="621102"/>
                          </a:xfrm>
                          <a:prstGeom prst="ellipse">
                            <a:avLst/>
                          </a:prstGeom>
                          <a:noFill/>
                          <a:ln w="9525" cap="flat" cmpd="sng" algn="ctr">
                            <a:solidFill>
                              <a:srgbClr val="EE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462831" name="Oval 1"/>
                        <wps:cNvSpPr/>
                        <wps:spPr>
                          <a:xfrm>
                            <a:off x="1558403" y="2966967"/>
                            <a:ext cx="995273" cy="621102"/>
                          </a:xfrm>
                          <a:prstGeom prst="ellipse">
                            <a:avLst/>
                          </a:prstGeom>
                          <a:noFill/>
                          <a:ln>
                            <a:solidFill>
                              <a:srgbClr val="EE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C8CFACA" id="Group 5" o:spid="_x0000_s1026" style="position:absolute;margin-left:23.9pt;margin-top:134.65pt;width:202.15pt;height:366.45pt;z-index:251677696" coordsize="25673,465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3133;height:46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">
                  <v:imagedata r:id="rId11" o:title=""/>
                </v:shape>
                <v:oval id="Oval 1" o:spid="_x0000_s1028" style="position:absolute;left:15038;top:326;width:9952;height:62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" filled="f" strokecolor="#e00">
                  <v:shadow on="t" color="black" opacity="22937f" origin=",.5" offset="0,.63889mm"/>
                </v:oval>
                <v:oval id="Oval 1" o:spid="_x0000_s1029" style="position:absolute;left:15720;top:35811;width:9953;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" filled="f" strokecolor="#e00">
                  <v:shadow on="t" color="black" opacity="22937f" origin=",.5" offset="0,.63889mm"/>
                </v:oval>
                <v:oval id="Oval 1" o:spid="_x0000_s1030" style="position:absolute;left:15584;top:29669;width:9952;height:6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" filled="f" strokecolor="#e00">
                  <v:shadow on="t" color="black" opacity="22937f" origin=",.5" offset="0,.63889mm"/>
                </v:oval>
              </v:group>
            </w:pict>
          </mc:Fallback>
        </mc:AlternateContent>
      </w:r>
      <w:r w:rsidR="001508A9" w:rsidRPr="00E8140F">
        <w:rPr>
          <w:rFonts w:ascii="Arial" w:hAnsi="Arial" w:cs="Arial"/>
          <w:sz w:val="25"/>
          <w:szCs w:val="25"/>
        </w:rPr>
        <w:t>It is the teacher’s responsibility to know how to do this in advance of the lesson</w:t>
      </w:r>
      <w:r w:rsidR="00C43CEE" w:rsidRPr="00E8140F">
        <w:rPr>
          <w:rFonts w:ascii="Arial" w:hAnsi="Arial" w:cs="Arial"/>
          <w:sz w:val="25"/>
          <w:szCs w:val="25"/>
        </w:rPr>
        <w:t xml:space="preserve"> so they can adjust their own settings and also instruct the student without using up lesson time unnecessarily. Be aware that Teams may provide updates so the wording and location of these features may change. The screenshot below shows where to find these options on the current version of Teams, under the microphone menu.</w:t>
      </w:r>
      <w:r w:rsidR="00F82D96" w:rsidRPr="00E8140F">
        <w:rPr>
          <w:rFonts w:ascii="Arial" w:hAnsi="Arial" w:cs="Arial"/>
          <w:noProof/>
        </w:rPr>
        <w:t xml:space="preserve"> </w:t>
      </w:r>
    </w:p>
    <w:sectPr w:rsidR="006D78B1" w:rsidRPr="00E8140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02863429">
    <w:abstractNumId w:val="8"/>
  </w:num>
  <w:num w:numId="2" w16cid:durableId="131869316">
    <w:abstractNumId w:val="6"/>
  </w:num>
  <w:num w:numId="3" w16cid:durableId="1178495243">
    <w:abstractNumId w:val="5"/>
  </w:num>
  <w:num w:numId="4" w16cid:durableId="1266301226">
    <w:abstractNumId w:val="4"/>
  </w:num>
  <w:num w:numId="5" w16cid:durableId="417291397">
    <w:abstractNumId w:val="7"/>
  </w:num>
  <w:num w:numId="6" w16cid:durableId="166405675">
    <w:abstractNumId w:val="3"/>
  </w:num>
  <w:num w:numId="7" w16cid:durableId="1901013093">
    <w:abstractNumId w:val="2"/>
  </w:num>
  <w:num w:numId="8" w16cid:durableId="1869563194">
    <w:abstractNumId w:val="1"/>
  </w:num>
  <w:num w:numId="9" w16cid:durableId="1534805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0E13"/>
    <w:rsid w:val="0015074B"/>
    <w:rsid w:val="001508A9"/>
    <w:rsid w:val="0029639D"/>
    <w:rsid w:val="002B7B4D"/>
    <w:rsid w:val="00326F90"/>
    <w:rsid w:val="00472146"/>
    <w:rsid w:val="005F7766"/>
    <w:rsid w:val="006A6F53"/>
    <w:rsid w:val="006D78B1"/>
    <w:rsid w:val="007F105F"/>
    <w:rsid w:val="008F06D4"/>
    <w:rsid w:val="00917840"/>
    <w:rsid w:val="00AA1D8D"/>
    <w:rsid w:val="00B47730"/>
    <w:rsid w:val="00C43CEE"/>
    <w:rsid w:val="00CB0664"/>
    <w:rsid w:val="00E36583"/>
    <w:rsid w:val="00E8140F"/>
    <w:rsid w:val="00F82D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FCB9B8"/>
  <w14:defaultImageDpi w14:val="300"/>
  <w15:docId w15:val="{CD6EBA23-0404-4069-9600-BB0BEC5E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b78acb-a125-42ee-931d-35b42eaca4cf" xsi:nil="true"/>
    <Document_x0020_Description xmlns="f2b78acb-a125-42ee-931d-35b42eaca4cf" xsi:nil="true"/>
    <DocumentAuthor xmlns="f2b78acb-a125-42ee-931d-35b42eaca4cf">
      <UserInfo>
        <DisplayName/>
        <AccountId xsi:nil="true"/>
        <AccountType/>
      </UserInfo>
    </DocumentAuthor>
    <febcb389c47c4530afe6acfa103de16c xmlns="f2b78acb-a125-42ee-931d-35b42eaca4cf">
      <Terms xmlns="http://schemas.microsoft.com/office/infopath/2007/PartnerControls"/>
    </febcb389c47c4530afe6acfa103de16c>
    <lcf76f155ced4ddcb4097134ff3c332f xmlns="32c207fe-7304-4414-b4a5-1cc57b473bb0">
      <Terms xmlns="http://schemas.microsoft.com/office/infopath/2007/PartnerControls"/>
    </lcf76f155ced4ddcb4097134ff3c332f>
    <TaxKeywordTaxHTField xmlns="f2b78acb-a125-42ee-931d-35b42eaca4cf">
      <Terms xmlns="http://schemas.microsoft.com/office/infopath/2007/PartnerControls"/>
    </TaxKeywordTaxHTField>
    <ProtectiveClassification xmlns="f2b78acb-a125-42ee-931d-35b42eaca4cf">NOT CLASSIFIED</ProtectiveClassification>
    <l1c2f45cb913413195fefa0ed1a24d84 xmlns="f2b78acb-a125-42ee-931d-35b42eaca4cf">
      <Terms xmlns="http://schemas.microsoft.com/office/infopath/2007/PartnerControls"/>
    </l1c2f45cb913413195fefa0ed1a24d84>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c265c3e7-f7ae-4ea0-b3f5-7c0024770d98"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AEE7673D4A301D4DBDE4E9D0C4E60BE5" ma:contentTypeVersion="17" ma:contentTypeDescription="Create a new document." ma:contentTypeScope="" ma:versionID="49913559d8d54a366332b683138cc78a">
  <xsd:schema xmlns:xsd="http://www.w3.org/2001/XMLSchema" xmlns:xs="http://www.w3.org/2001/XMLSchema" xmlns:p="http://schemas.microsoft.com/office/2006/metadata/properties" xmlns:ns2="f2b78acb-a125-42ee-931d-35b42eaca4cf" xmlns:ns3="32c207fe-7304-4414-b4a5-1cc57b473bb0" xmlns:ns4="2b676f5f-96b7-440b-b6d0-91e6521dc75f" targetNamespace="http://schemas.microsoft.com/office/2006/metadata/properties" ma:root="true" ma:fieldsID="6a33d6cce98543ab3579bddedb315509" ns2:_="" ns3:_="" ns4:_="">
    <xsd:import namespace="f2b78acb-a125-42ee-931d-35b42eaca4cf"/>
    <xsd:import namespace="32c207fe-7304-4414-b4a5-1cc57b473bb0"/>
    <xsd:import namespace="2b676f5f-96b7-440b-b6d0-91e6521dc75f"/>
    <xsd:element name="properties">
      <xsd:complexType>
        <xsd:sequence>
          <xsd:element name="documentManagement">
            <xsd:complexType>
              <xsd:all>
                <xsd:element ref="ns2:Document_x0020_Description" minOccurs="0"/>
                <xsd:element ref="ns2:DocumentAuthor" minOccurs="0"/>
                <xsd:element ref="ns2:ProtectiveClassification" minOccurs="0"/>
                <xsd:element ref="ns2:febcb389c47c4530afe6acfa103de16c" minOccurs="0"/>
                <xsd:element ref="ns2:TaxCatchAll" minOccurs="0"/>
                <xsd:element ref="ns2:TaxCatchAllLabel" minOccurs="0"/>
                <xsd:element ref="ns2:l1c2f45cb913413195fefa0ed1a24d84"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MediaServiceSearchProperties"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DocumentAuthor" ma:index="9" nillable="true" ma:displayName="Primary Contact" ma:list="UserInfo" ma:SearchPeopleOnly="false" ma:SharePointGroup="0" ma:internalName="Docum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10"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xsd:simpleType>
        <xsd:restriction base="dms:Choice">
          <xsd:enumeration value="NOT CLASSIFIED"/>
          <xsd:enumeration value="Official"/>
          <xsd:enumeration value="Official Sensitive"/>
          <xsd:enumeration value="Secret"/>
          <xsd:enumeration value="Top Secret"/>
        </xsd:restriction>
      </xsd:simpleType>
    </xsd:element>
    <xsd:element name="febcb389c47c4530afe6acfa103de16c" ma:index="11" nillable="true" ma:taxonomy="true" ma:internalName="febcb389c47c4530afe6acfa103de16c" ma:taxonomyFieldName="OrganisationalUnit" ma:displayName="Organisational Unit" ma:default="" ma:fieldId="{febcb389-c47c-4530-afe6-acfa103de16c}" ma:sspId="c265c3e7-f7ae-4ea0-b3f5-7c0024770d98" ma:termSetId="a6fd85dd-b79d-451e-9d7f-ef2ed94600a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d4484e26-64de-4712-bb81-5927b09156e3}" ma:internalName="TaxCatchAll" ma:showField="CatchAllData" ma:web="54b22e6b-cbad-41d4-9053-eca84770088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4484e26-64de-4712-bb81-5927b09156e3}" ma:internalName="TaxCatchAllLabel" ma:readOnly="true" ma:showField="CatchAllDataLabel" ma:web="54b22e6b-cbad-41d4-9053-eca84770088e">
      <xsd:complexType>
        <xsd:complexContent>
          <xsd:extension base="dms:MultiChoiceLookup">
            <xsd:sequence>
              <xsd:element name="Value" type="dms:Lookup" maxOccurs="unbounded" minOccurs="0" nillable="true"/>
            </xsd:sequence>
          </xsd:extension>
        </xsd:complexContent>
      </xsd:complexType>
    </xsd:element>
    <xsd:element name="l1c2f45cb913413195fefa0ed1a24d84" ma:index="15" nillable="true" ma:taxonomy="true" ma:internalName="l1c2f45cb913413195fefa0ed1a24d84" ma:taxonomyFieldName="Activity" ma:displayName="Activity"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c207fe-7304-4414-b4a5-1cc57b473bb0"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c265c3e7-f7ae-4ea0-b3f5-7c0024770d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76f5f-96b7-440b-b6d0-91e6521dc75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CA78B7-D1D8-4B7F-A7F0-6F3233C1D836}">
  <ds:schemaRefs>
    <ds:schemaRef ds:uri="http://schemas.microsoft.com/office/2006/metadata/properties"/>
    <ds:schemaRef ds:uri="http://schemas.microsoft.com/office/infopath/2007/PartnerControls"/>
    <ds:schemaRef ds:uri="f2b78acb-a125-42ee-931d-35b42eaca4cf"/>
    <ds:schemaRef ds:uri="32c207fe-7304-4414-b4a5-1cc57b473bb0"/>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F6917594-A140-46DD-9B04-5DE72B5B983F}">
  <ds:schemaRefs>
    <ds:schemaRef ds:uri="http://schemas.microsoft.com/sharepoint/v3/contenttype/forms"/>
  </ds:schemaRefs>
</ds:datastoreItem>
</file>

<file path=customXml/itemProps4.xml><?xml version="1.0" encoding="utf-8"?>
<ds:datastoreItem xmlns:ds="http://schemas.openxmlformats.org/officeDocument/2006/customXml" ds:itemID="{0D7A18FC-A4D6-4468-A914-00AB2C8145F8}">
  <ds:schemaRefs>
    <ds:schemaRef ds:uri="Microsoft.SharePoint.Taxonomy.ContentTypeSync"/>
  </ds:schemaRefs>
</ds:datastoreItem>
</file>

<file path=customXml/itemProps5.xml><?xml version="1.0" encoding="utf-8"?>
<ds:datastoreItem xmlns:ds="http://schemas.openxmlformats.org/officeDocument/2006/customXml" ds:itemID="{AFCE495E-558A-4C7C-B76F-17E9835E8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78acb-a125-42ee-931d-35b42eaca4cf"/>
    <ds:schemaRef ds:uri="32c207fe-7304-4414-b4a5-1cc57b473bb0"/>
    <ds:schemaRef ds:uri="2b676f5f-96b7-440b-b6d0-91e6521dc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6955c5-32c9-4c0c-825d-bc72ceb03841}" enabled="1" method="Privileged" siteId="{4d9493d1-6949-48eb-9717-85046eca20e8}"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Jon</dc:creator>
  <cp:keywords/>
  <dc:description>generated by python-docx</dc:description>
  <cp:lastModifiedBy>Fixter, Izzy</cp:lastModifiedBy>
  <cp:revision>9</cp:revision>
  <dcterms:created xsi:type="dcterms:W3CDTF">2026-10-05T17:12:00Z</dcterms:created>
  <dcterms:modified xsi:type="dcterms:W3CDTF">2026-10-07T09:13:00Z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0x010100AEE7673D4A301D4DBDE4E9D0C4E60BE5</vt:lpwstr>
  </property>
  <property fmtid="{D5CDD505-2E9C-101B-9397-08002B2CF9AE}" pid="3" name="TaxKeyword">
    <vt:lpwstr/>
  </property>
  <property fmtid="{D5CDD505-2E9C-101B-9397-08002B2CF9AE}" pid="4" name="Activity">
    <vt:lpwstr/>
  </property>
  <property fmtid="{D5CDD505-2E9C-101B-9397-08002B2CF9AE}" pid="5" name="MediaServiceImageTags">
    <vt:lpwstr/>
  </property>
  <property fmtid="{D5CDD505-2E9C-101B-9397-08002B2CF9AE}" pid="6" name="OrganisationalUnit">
    <vt:lpwstr/>
  </property>
</Properties>
</file>